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096592" w14:textId="77777777" w:rsidR="00B74F87" w:rsidRDefault="00B74F87" w:rsidP="00B74F87">
      <w:pPr>
        <w:spacing w:after="0" w:line="240" w:lineRule="auto"/>
        <w:jc w:val="center"/>
        <w:rPr>
          <w:rFonts w:ascii="Aptos" w:hAnsi="Aptos" w:cs="Calibri"/>
          <w:b/>
          <w:bCs/>
          <w:lang w:val="es-ES_tradnl"/>
        </w:rPr>
      </w:pPr>
    </w:p>
    <w:p w14:paraId="2026882D" w14:textId="77777777" w:rsidR="009B57EB" w:rsidRPr="00CF1F3A" w:rsidRDefault="009B57EB" w:rsidP="009B57EB">
      <w:pPr>
        <w:spacing w:after="0" w:line="240" w:lineRule="auto"/>
        <w:jc w:val="center"/>
        <w:rPr>
          <w:rFonts w:ascii="Aptos" w:hAnsi="Aptos" w:cs="Calibri"/>
          <w:b/>
          <w:bCs/>
          <w:lang w:val="es-ES_tradnl"/>
        </w:rPr>
      </w:pPr>
      <w:bookmarkStart w:id="0" w:name="_Hlk209615163"/>
      <w:r w:rsidRPr="00CF1F3A">
        <w:rPr>
          <w:rFonts w:ascii="Aptos" w:hAnsi="Aptos" w:cs="Calibri"/>
          <w:b/>
          <w:bCs/>
          <w:lang w:val="es-ES_tradnl"/>
        </w:rPr>
        <w:t>Convocatoria de subvenciones destinadas a financiar por el Instituto Valenciano de Competitividad Empresarial (IVACE) los planes de actuación de mejora de la competitividad de las empresas de la Comunitat Valenciana</w:t>
      </w:r>
      <w:r>
        <w:rPr>
          <w:rFonts w:ascii="Aptos" w:hAnsi="Aptos" w:cs="Calibri"/>
          <w:b/>
          <w:bCs/>
          <w:lang w:val="es-ES_tradnl"/>
        </w:rPr>
        <w:t xml:space="preserve"> (CV)</w:t>
      </w:r>
      <w:r w:rsidRPr="00CF1F3A">
        <w:rPr>
          <w:rFonts w:ascii="Aptos" w:hAnsi="Aptos" w:cs="Calibri"/>
          <w:b/>
          <w:bCs/>
          <w:lang w:val="es-ES_tradnl"/>
        </w:rPr>
        <w:t xml:space="preserve"> puestos en marcha por las entidades gestoras de clústeres económicos e industriales que desarrollen su actividad en este territorio</w:t>
      </w:r>
    </w:p>
    <w:p w14:paraId="0142DF86" w14:textId="77777777" w:rsidR="009B57EB" w:rsidRDefault="009B57EB" w:rsidP="009B57EB">
      <w:pPr>
        <w:spacing w:after="0" w:line="240" w:lineRule="auto"/>
        <w:jc w:val="both"/>
        <w:rPr>
          <w:rFonts w:ascii="Aptos" w:hAnsi="Aptos"/>
          <w:b/>
          <w:bCs/>
          <w:lang w:val="es-ES_tradnl"/>
        </w:rPr>
      </w:pPr>
    </w:p>
    <w:p w14:paraId="6AD1DA23" w14:textId="5B2FD6AC" w:rsidR="00356B04" w:rsidRPr="00356B04" w:rsidRDefault="009B57EB" w:rsidP="009B57EB">
      <w:pPr>
        <w:spacing w:after="0" w:line="240" w:lineRule="auto"/>
        <w:jc w:val="center"/>
        <w:rPr>
          <w:rFonts w:ascii="Aptos" w:hAnsi="Aptos"/>
          <w:b/>
          <w:bCs/>
          <w:caps/>
          <w:lang w:val="es-ES"/>
        </w:rPr>
      </w:pPr>
      <w:r w:rsidRPr="00356B04">
        <w:rPr>
          <w:rFonts w:ascii="Aptos" w:hAnsi="Aptos"/>
          <w:b/>
          <w:bCs/>
          <w:caps/>
          <w:lang w:val="es-ES"/>
        </w:rPr>
        <w:t xml:space="preserve">Programa de ayudas a entidades gestoras de clústeres </w:t>
      </w:r>
      <w:r w:rsidR="002573DE">
        <w:rPr>
          <w:rFonts w:ascii="Aptos" w:hAnsi="Aptos"/>
          <w:b/>
          <w:bCs/>
          <w:caps/>
          <w:lang w:val="es-ES"/>
        </w:rPr>
        <w:t xml:space="preserve">EMERGENTES </w:t>
      </w:r>
      <w:r w:rsidR="00356B04" w:rsidRPr="00356B04">
        <w:rPr>
          <w:rFonts w:ascii="Aptos" w:hAnsi="Aptos"/>
          <w:b/>
          <w:bCs/>
          <w:caps/>
          <w:lang w:val="es-ES"/>
        </w:rPr>
        <w:t>(Programa I</w:t>
      </w:r>
      <w:r w:rsidR="00444FD2">
        <w:rPr>
          <w:rFonts w:ascii="Aptos" w:hAnsi="Aptos"/>
          <w:b/>
          <w:bCs/>
          <w:caps/>
          <w:lang w:val="es-ES"/>
        </w:rPr>
        <w:t>ii</w:t>
      </w:r>
      <w:r w:rsidR="00356B04" w:rsidRPr="00356B04">
        <w:rPr>
          <w:rFonts w:ascii="Aptos" w:hAnsi="Aptos"/>
          <w:b/>
          <w:bCs/>
          <w:caps/>
          <w:lang w:val="es-ES"/>
        </w:rPr>
        <w:t xml:space="preserve">) </w:t>
      </w:r>
    </w:p>
    <w:p w14:paraId="7001DD3E" w14:textId="131550CC" w:rsidR="00B74F87" w:rsidRPr="00EA6D39" w:rsidRDefault="00B74F87" w:rsidP="00B74F87">
      <w:pPr>
        <w:spacing w:after="0" w:line="240" w:lineRule="auto"/>
        <w:jc w:val="both"/>
        <w:rPr>
          <w:rFonts w:ascii="Aptos" w:hAnsi="Aptos"/>
          <w:b/>
          <w:bCs/>
          <w:lang w:val="es-ES"/>
        </w:rPr>
      </w:pPr>
    </w:p>
    <w:bookmarkEnd w:id="0"/>
    <w:p w14:paraId="5672F28B" w14:textId="06915213" w:rsidR="00CA74A6" w:rsidRDefault="00356B04" w:rsidP="004915CF">
      <w:pPr>
        <w:pStyle w:val="Prrafodelista"/>
        <w:tabs>
          <w:tab w:val="left" w:pos="284"/>
        </w:tabs>
        <w:spacing w:after="0" w:line="240" w:lineRule="auto"/>
        <w:ind w:left="0"/>
        <w:jc w:val="both"/>
        <w:rPr>
          <w:rFonts w:ascii="Aptos" w:hAnsi="Aptos"/>
          <w:b/>
          <w:bCs/>
          <w:lang w:val="es-ES_tradnl"/>
        </w:rPr>
      </w:pPr>
      <w:r>
        <w:rPr>
          <w:rFonts w:ascii="Aptos" w:hAnsi="Aptos"/>
          <w:b/>
          <w:bCs/>
          <w:lang w:val="es-ES_tradnl"/>
        </w:rPr>
        <w:t xml:space="preserve">1.- </w:t>
      </w:r>
      <w:r w:rsidR="00CA74A6" w:rsidRPr="00EA53C7">
        <w:rPr>
          <w:rFonts w:ascii="Aptos" w:hAnsi="Aptos"/>
          <w:b/>
          <w:bCs/>
          <w:lang w:val="es-ES_tradnl"/>
        </w:rPr>
        <w:t xml:space="preserve">DESCRIPCIÓN DE LA ENTIDAD GESTORA </w:t>
      </w:r>
    </w:p>
    <w:p w14:paraId="0BF65479" w14:textId="77777777" w:rsidR="00CE6ACA" w:rsidRDefault="00CE6ACA" w:rsidP="00CE6ACA">
      <w:pPr>
        <w:tabs>
          <w:tab w:val="left" w:pos="284"/>
        </w:tabs>
        <w:spacing w:after="0" w:line="240" w:lineRule="auto"/>
        <w:jc w:val="both"/>
        <w:rPr>
          <w:rFonts w:ascii="Aptos" w:hAnsi="Aptos"/>
          <w:b/>
          <w:bCs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636"/>
      </w:tblGrid>
      <w:tr w:rsidR="00CE6ACA" w:rsidRPr="0054590F" w14:paraId="13B99C36" w14:textId="77777777" w:rsidTr="009C44D2">
        <w:tc>
          <w:tcPr>
            <w:tcW w:w="8640" w:type="dxa"/>
            <w:shd w:val="clear" w:color="auto" w:fill="D9D9D9" w:themeFill="background1" w:themeFillShade="D9"/>
          </w:tcPr>
          <w:p w14:paraId="041368B9" w14:textId="77777777" w:rsidR="00CE6ACA" w:rsidRDefault="00CE6ACA" w:rsidP="009C44D2">
            <w:pPr>
              <w:rPr>
                <w:rFonts w:ascii="Aptos" w:hAnsi="Aptos"/>
                <w:b/>
                <w:lang w:val="es-ES_tradnl"/>
              </w:rPr>
            </w:pPr>
            <w:r>
              <w:rPr>
                <w:rFonts w:ascii="Aptos" w:hAnsi="Aptos"/>
                <w:b/>
                <w:lang w:val="es-ES_tradnl"/>
              </w:rPr>
              <w:t>Constitución y d</w:t>
            </w:r>
            <w:r w:rsidRPr="00EA53C7">
              <w:rPr>
                <w:rFonts w:ascii="Aptos" w:hAnsi="Aptos"/>
                <w:b/>
                <w:lang w:val="es-ES_tradnl"/>
              </w:rPr>
              <w:t xml:space="preserve">enominación completa: </w:t>
            </w:r>
          </w:p>
          <w:p w14:paraId="77A52E9C" w14:textId="77777777" w:rsidR="00CE6ACA" w:rsidRDefault="00CE6ACA" w:rsidP="009C44D2">
            <w:pPr>
              <w:jc w:val="both"/>
              <w:rPr>
                <w:rFonts w:ascii="Aptos" w:hAnsi="Aptos"/>
                <w:bCs/>
                <w:lang w:val="es-ES_tradnl"/>
              </w:rPr>
            </w:pPr>
            <w:r w:rsidRPr="001D2CF3">
              <w:rPr>
                <w:rFonts w:ascii="Aptos" w:hAnsi="Aptos"/>
                <w:bCs/>
                <w:lang w:val="es-ES_tradnl"/>
              </w:rPr>
              <w:t>Las entidades beneficiarias deberán est</w:t>
            </w:r>
            <w:r>
              <w:rPr>
                <w:rFonts w:ascii="Aptos" w:hAnsi="Aptos"/>
                <w:bCs/>
                <w:lang w:val="es-ES_tradnl"/>
              </w:rPr>
              <w:t>ar</w:t>
            </w:r>
            <w:r w:rsidRPr="001D2CF3">
              <w:rPr>
                <w:rFonts w:ascii="Aptos" w:hAnsi="Aptos"/>
                <w:bCs/>
                <w:lang w:val="es-ES_tradnl"/>
              </w:rPr>
              <w:t xml:space="preserve"> legalmente constituidas en la </w:t>
            </w:r>
            <w:r>
              <w:rPr>
                <w:rFonts w:ascii="Aptos" w:hAnsi="Aptos"/>
                <w:bCs/>
                <w:lang w:val="es-ES_tradnl"/>
              </w:rPr>
              <w:t>CV</w:t>
            </w:r>
            <w:r w:rsidRPr="001D2CF3">
              <w:rPr>
                <w:rFonts w:ascii="Aptos" w:hAnsi="Aptos"/>
                <w:bCs/>
                <w:lang w:val="es-ES_tradnl"/>
              </w:rPr>
              <w:t xml:space="preserve"> como entidades con personalidad jurídica propia y sin ánimo de lucro.</w:t>
            </w:r>
          </w:p>
          <w:p w14:paraId="16FA19B9" w14:textId="3AE817A3" w:rsidR="00CE6ACA" w:rsidRPr="004C14F3" w:rsidRDefault="00CE6ACA" w:rsidP="009C44D2">
            <w:pPr>
              <w:jc w:val="both"/>
              <w:rPr>
                <w:rFonts w:ascii="Aptos" w:hAnsi="Aptos"/>
                <w:b/>
                <w:lang w:val="es-ES_tradnl"/>
              </w:rPr>
            </w:pPr>
            <w:r w:rsidRPr="001D2CF3">
              <w:rPr>
                <w:rFonts w:ascii="Aptos" w:hAnsi="Aptos"/>
                <w:bCs/>
                <w:lang w:val="es-ES_tradnl"/>
              </w:rPr>
              <w:t>Indi</w:t>
            </w:r>
            <w:r w:rsidR="00DD6336">
              <w:rPr>
                <w:rFonts w:ascii="Aptos" w:hAnsi="Aptos"/>
                <w:bCs/>
                <w:lang w:val="es-ES_tradnl"/>
              </w:rPr>
              <w:t>car</w:t>
            </w:r>
            <w:r w:rsidRPr="001D2CF3">
              <w:rPr>
                <w:rFonts w:ascii="Aptos" w:hAnsi="Aptos"/>
                <w:bCs/>
                <w:lang w:val="es-ES_tradnl"/>
              </w:rPr>
              <w:t xml:space="preserve"> la denominación completa de la entidad</w:t>
            </w:r>
            <w:r w:rsidR="00DD6336">
              <w:rPr>
                <w:rFonts w:ascii="Aptos" w:hAnsi="Aptos"/>
                <w:bCs/>
                <w:lang w:val="es-ES_tradnl"/>
              </w:rPr>
              <w:t>,</w:t>
            </w:r>
            <w:r w:rsidRPr="001D2CF3">
              <w:rPr>
                <w:rFonts w:ascii="Aptos" w:hAnsi="Aptos"/>
                <w:bCs/>
                <w:lang w:val="es-ES_tradnl"/>
              </w:rPr>
              <w:t xml:space="preserve"> tal y como figura en los estatutos</w:t>
            </w:r>
            <w:r w:rsidR="00DD6336">
              <w:rPr>
                <w:rFonts w:ascii="Aptos" w:hAnsi="Aptos"/>
                <w:bCs/>
                <w:lang w:val="es-ES_tradnl"/>
              </w:rPr>
              <w:t xml:space="preserve">, fecha de constitución y </w:t>
            </w:r>
            <w:r w:rsidRPr="001D2CF3">
              <w:rPr>
                <w:rFonts w:ascii="Aptos" w:hAnsi="Aptos"/>
                <w:bCs/>
                <w:lang w:val="es-ES_tradnl"/>
              </w:rPr>
              <w:t>página web.</w:t>
            </w:r>
          </w:p>
        </w:tc>
      </w:tr>
      <w:tr w:rsidR="00CE6ACA" w:rsidRPr="0054590F" w14:paraId="0CB5CCA4" w14:textId="77777777" w:rsidTr="009C44D2">
        <w:trPr>
          <w:trHeight w:val="293"/>
        </w:trPr>
        <w:tc>
          <w:tcPr>
            <w:tcW w:w="8640" w:type="dxa"/>
          </w:tcPr>
          <w:p w14:paraId="52AA7A77" w14:textId="77777777" w:rsidR="00CE6ACA" w:rsidRDefault="00CE6ACA" w:rsidP="009C44D2">
            <w:pPr>
              <w:rPr>
                <w:rFonts w:ascii="Aptos" w:hAnsi="Aptos"/>
                <w:b/>
                <w:lang w:val="es-ES_tradnl"/>
              </w:rPr>
            </w:pPr>
          </w:p>
          <w:p w14:paraId="7128FF91" w14:textId="484FAE62" w:rsidR="00CE6ACA" w:rsidRDefault="00CE6ACA" w:rsidP="009C44D2">
            <w:pPr>
              <w:rPr>
                <w:rFonts w:ascii="Aptos" w:hAnsi="Aptos"/>
                <w:lang w:val="es-ES_tradnl"/>
              </w:rPr>
            </w:pPr>
            <w:r w:rsidRPr="00EA53C7">
              <w:rPr>
                <w:rFonts w:ascii="Aptos" w:hAnsi="Aptos"/>
                <w:b/>
                <w:lang w:val="es-ES_tradnl"/>
              </w:rPr>
              <w:t xml:space="preserve">Personalidad jurídica: </w:t>
            </w:r>
            <w:r w:rsidRPr="00EA53C7">
              <w:rPr>
                <w:rFonts w:ascii="Aptos" w:hAnsi="Aptos"/>
                <w:lang w:val="es-ES_tradnl"/>
              </w:rPr>
              <w:t xml:space="preserve">☐ </w:t>
            </w:r>
            <w:r w:rsidR="00DD6336" w:rsidRPr="00EA53C7">
              <w:rPr>
                <w:rFonts w:ascii="Aptos" w:hAnsi="Aptos"/>
                <w:lang w:val="es-ES_tradnl"/>
              </w:rPr>
              <w:t>Asociación ☐</w:t>
            </w:r>
            <w:r w:rsidRPr="00EA53C7">
              <w:rPr>
                <w:rFonts w:ascii="Aptos" w:hAnsi="Aptos"/>
                <w:lang w:val="es-ES_tradnl"/>
              </w:rPr>
              <w:t xml:space="preserve"> Fundación ☐ Otra: </w:t>
            </w:r>
            <w:r>
              <w:rPr>
                <w:rFonts w:ascii="Aptos" w:hAnsi="Aptos"/>
                <w:lang w:val="es-ES_tradnl"/>
              </w:rPr>
              <w:t>……………</w:t>
            </w:r>
          </w:p>
          <w:p w14:paraId="6D90F6F8" w14:textId="2163D294" w:rsidR="00DD6336" w:rsidRPr="00DD6336" w:rsidRDefault="00DD6336" w:rsidP="009C44D2">
            <w:pPr>
              <w:rPr>
                <w:rFonts w:ascii="Aptos" w:hAnsi="Aptos"/>
                <w:lang w:val="es-ES_tradnl"/>
              </w:rPr>
            </w:pPr>
            <w:r w:rsidRPr="00DD6336">
              <w:rPr>
                <w:rFonts w:ascii="Aptos" w:hAnsi="Aptos"/>
                <w:b/>
                <w:bCs/>
                <w:lang w:val="es-ES_tradnl"/>
              </w:rPr>
              <w:t>Fecha de constitución:</w:t>
            </w:r>
            <w:r>
              <w:rPr>
                <w:rFonts w:ascii="Aptos" w:hAnsi="Aptos"/>
                <w:b/>
                <w:bCs/>
                <w:lang w:val="es-ES_tradnl"/>
              </w:rPr>
              <w:t xml:space="preserve"> __</w:t>
            </w:r>
            <w:r w:rsidRPr="00DD6336">
              <w:rPr>
                <w:rFonts w:ascii="Aptos" w:hAnsi="Aptos"/>
                <w:lang w:val="es-ES_tradnl"/>
              </w:rPr>
              <w:t>/</w:t>
            </w:r>
            <w:r>
              <w:rPr>
                <w:rFonts w:ascii="Aptos" w:hAnsi="Aptos"/>
                <w:lang w:val="es-ES_tradnl"/>
              </w:rPr>
              <w:t>__</w:t>
            </w:r>
            <w:r w:rsidRPr="00DD6336">
              <w:rPr>
                <w:rFonts w:ascii="Aptos" w:hAnsi="Aptos"/>
                <w:lang w:val="es-ES_tradnl"/>
              </w:rPr>
              <w:t>/</w:t>
            </w:r>
            <w:r>
              <w:rPr>
                <w:rFonts w:ascii="Aptos" w:hAnsi="Aptos"/>
                <w:lang w:val="es-ES_tradnl"/>
              </w:rPr>
              <w:t>____</w:t>
            </w:r>
          </w:p>
          <w:p w14:paraId="4CE163CC" w14:textId="77777777" w:rsidR="00CE6ACA" w:rsidRPr="00587171" w:rsidRDefault="00CE6ACA" w:rsidP="009C44D2">
            <w:pPr>
              <w:rPr>
                <w:rFonts w:ascii="Aptos" w:hAnsi="Aptos"/>
                <w:b/>
                <w:bCs/>
                <w:lang w:val="es-ES_tradnl"/>
              </w:rPr>
            </w:pPr>
            <w:r w:rsidRPr="00587171">
              <w:rPr>
                <w:rFonts w:ascii="Aptos" w:hAnsi="Aptos"/>
                <w:b/>
                <w:bCs/>
                <w:lang w:val="es-ES_tradnl"/>
              </w:rPr>
              <w:t xml:space="preserve">Nombre: </w:t>
            </w:r>
            <w:r>
              <w:rPr>
                <w:rFonts w:ascii="Aptos" w:hAnsi="Aptos"/>
                <w:b/>
                <w:bCs/>
                <w:lang w:val="es-ES_tradnl"/>
              </w:rPr>
              <w:t>……………</w:t>
            </w:r>
          </w:p>
          <w:p w14:paraId="428102F3" w14:textId="632E5E1F" w:rsidR="00CE6ACA" w:rsidRDefault="00CE6ACA" w:rsidP="009C44D2">
            <w:pPr>
              <w:rPr>
                <w:rFonts w:ascii="Aptos" w:hAnsi="Aptos"/>
                <w:b/>
                <w:bCs/>
                <w:lang w:val="es-ES_tradnl"/>
              </w:rPr>
            </w:pPr>
            <w:r w:rsidRPr="00587171">
              <w:rPr>
                <w:rFonts w:ascii="Aptos" w:hAnsi="Aptos"/>
                <w:b/>
                <w:bCs/>
                <w:lang w:val="es-ES_tradnl"/>
              </w:rPr>
              <w:t xml:space="preserve">Web: </w:t>
            </w:r>
            <w:r>
              <w:rPr>
                <w:rFonts w:ascii="Aptos" w:hAnsi="Aptos"/>
                <w:b/>
                <w:bCs/>
                <w:lang w:val="es-ES_tradnl"/>
              </w:rPr>
              <w:t>……………</w:t>
            </w:r>
          </w:p>
          <w:p w14:paraId="7DBE6857" w14:textId="77777777" w:rsidR="00DD6336" w:rsidRPr="00587171" w:rsidRDefault="00DD6336" w:rsidP="009C44D2">
            <w:pPr>
              <w:rPr>
                <w:rFonts w:ascii="Aptos" w:hAnsi="Aptos"/>
                <w:b/>
                <w:bCs/>
                <w:lang w:val="es-ES_tradnl"/>
              </w:rPr>
            </w:pPr>
          </w:p>
        </w:tc>
      </w:tr>
    </w:tbl>
    <w:p w14:paraId="35786CF2" w14:textId="77777777" w:rsidR="00CE6ACA" w:rsidRDefault="00CE6ACA" w:rsidP="00CE6ACA">
      <w:pPr>
        <w:spacing w:after="0" w:line="240" w:lineRule="auto"/>
        <w:rPr>
          <w:rFonts w:ascii="Aptos" w:hAnsi="Aptos"/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636"/>
      </w:tblGrid>
      <w:tr w:rsidR="00CE6ACA" w:rsidRPr="0054590F" w14:paraId="6ECD75A3" w14:textId="77777777" w:rsidTr="009C44D2">
        <w:tc>
          <w:tcPr>
            <w:tcW w:w="8636" w:type="dxa"/>
            <w:shd w:val="clear" w:color="auto" w:fill="D9D9D9" w:themeFill="background1" w:themeFillShade="D9"/>
          </w:tcPr>
          <w:p w14:paraId="67F850AF" w14:textId="77777777" w:rsidR="00CE6ACA" w:rsidRDefault="00CE6ACA" w:rsidP="009C44D2">
            <w:pPr>
              <w:rPr>
                <w:rFonts w:ascii="Aptos" w:hAnsi="Aptos"/>
                <w:b/>
                <w:lang w:val="es-ES_tradnl"/>
              </w:rPr>
            </w:pPr>
            <w:r>
              <w:rPr>
                <w:rFonts w:ascii="Aptos" w:hAnsi="Aptos"/>
                <w:b/>
                <w:lang w:val="es-ES_tradnl"/>
              </w:rPr>
              <w:t>Objeto social</w:t>
            </w:r>
            <w:r w:rsidRPr="00EA53C7">
              <w:rPr>
                <w:rFonts w:ascii="Aptos" w:hAnsi="Aptos"/>
                <w:b/>
                <w:lang w:val="es-ES_tradnl"/>
              </w:rPr>
              <w:t xml:space="preserve">: </w:t>
            </w:r>
          </w:p>
          <w:p w14:paraId="398F254A" w14:textId="77777777" w:rsidR="000C7645" w:rsidRDefault="000C7645" w:rsidP="009C44D2">
            <w:pPr>
              <w:rPr>
                <w:rFonts w:ascii="Aptos" w:hAnsi="Aptos"/>
                <w:b/>
                <w:lang w:val="es-ES_tradnl"/>
              </w:rPr>
            </w:pPr>
          </w:p>
          <w:p w14:paraId="3C3C426F" w14:textId="7E9CD826" w:rsidR="000C7645" w:rsidRPr="004915CF" w:rsidRDefault="00CE6ACA" w:rsidP="009C44D2">
            <w:pPr>
              <w:jc w:val="both"/>
              <w:rPr>
                <w:rFonts w:ascii="Aptos" w:hAnsi="Aptos"/>
                <w:lang w:val="es-ES"/>
              </w:rPr>
            </w:pPr>
            <w:r w:rsidRPr="006D4D80">
              <w:rPr>
                <w:rFonts w:ascii="Aptos" w:hAnsi="Aptos"/>
                <w:lang w:val="es-ES"/>
              </w:rPr>
              <w:t>La entidad gestora debe tener como objeto social principal la mejora de la competitividad de las empresas e industrias del clúster, especialmente aquellas con sede en la CV, mediante la cooperación entre sus miembros, el impulso de proyectos conjuntos y el desarrollo de capacidades estratégicas compartidas.</w:t>
            </w:r>
            <w:r w:rsidRPr="004915CF">
              <w:rPr>
                <w:rFonts w:ascii="Aptos" w:hAnsi="Aptos"/>
                <w:lang w:val="es-ES"/>
              </w:rPr>
              <w:t xml:space="preserve"> </w:t>
            </w:r>
          </w:p>
        </w:tc>
      </w:tr>
      <w:tr w:rsidR="00CE6ACA" w:rsidRPr="0054590F" w14:paraId="7CCC70B0" w14:textId="77777777" w:rsidTr="009C44D2">
        <w:trPr>
          <w:trHeight w:val="293"/>
        </w:trPr>
        <w:tc>
          <w:tcPr>
            <w:tcW w:w="8636" w:type="dxa"/>
          </w:tcPr>
          <w:p w14:paraId="5B26DBD5" w14:textId="77777777" w:rsidR="00CE6ACA" w:rsidRPr="00EA53C7" w:rsidRDefault="00CE6ACA" w:rsidP="009C44D2">
            <w:pPr>
              <w:rPr>
                <w:rFonts w:ascii="Aptos" w:hAnsi="Aptos"/>
                <w:lang w:val="es-ES_tradnl"/>
              </w:rPr>
            </w:pPr>
            <w:r>
              <w:rPr>
                <w:rFonts w:ascii="Aptos" w:hAnsi="Aptos"/>
                <w:lang w:val="es-ES_tradnl"/>
              </w:rPr>
              <w:t xml:space="preserve">Indicar si lo cumple o no …. </w:t>
            </w:r>
          </w:p>
        </w:tc>
      </w:tr>
    </w:tbl>
    <w:p w14:paraId="4A0C08DF" w14:textId="77777777" w:rsidR="00CE6ACA" w:rsidRDefault="00CE6ACA" w:rsidP="00CE6ACA">
      <w:pPr>
        <w:spacing w:after="0" w:line="240" w:lineRule="auto"/>
        <w:rPr>
          <w:rFonts w:ascii="Aptos" w:hAnsi="Aptos"/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636"/>
      </w:tblGrid>
      <w:tr w:rsidR="00CE6ACA" w:rsidRPr="0054590F" w14:paraId="4F541C6A" w14:textId="77777777" w:rsidTr="009C44D2">
        <w:tc>
          <w:tcPr>
            <w:tcW w:w="8640" w:type="dxa"/>
            <w:shd w:val="clear" w:color="auto" w:fill="D9D9D9" w:themeFill="background1" w:themeFillShade="D9"/>
          </w:tcPr>
          <w:p w14:paraId="4ABD3372" w14:textId="77777777" w:rsidR="00CE6ACA" w:rsidRDefault="00CE6ACA" w:rsidP="009C44D2">
            <w:pPr>
              <w:rPr>
                <w:rFonts w:ascii="Aptos" w:hAnsi="Aptos"/>
                <w:b/>
                <w:lang w:val="es-ES_tradnl"/>
              </w:rPr>
            </w:pPr>
            <w:r>
              <w:rPr>
                <w:rFonts w:ascii="Aptos" w:hAnsi="Aptos"/>
                <w:b/>
                <w:lang w:val="es-ES_tradnl"/>
              </w:rPr>
              <w:t>Compromiso de los asociados:</w:t>
            </w:r>
          </w:p>
          <w:p w14:paraId="576B6D7C" w14:textId="77777777" w:rsidR="00CE6ACA" w:rsidRPr="00EA53C7" w:rsidRDefault="00CE6ACA" w:rsidP="009C44D2">
            <w:pPr>
              <w:jc w:val="both"/>
              <w:rPr>
                <w:rFonts w:ascii="Aptos" w:hAnsi="Aptos"/>
                <w:lang w:val="es-ES_tradnl"/>
              </w:rPr>
            </w:pPr>
            <w:r>
              <w:rPr>
                <w:rFonts w:ascii="Aptos" w:hAnsi="Aptos"/>
                <w:lang w:val="es-ES_tradnl"/>
              </w:rPr>
              <w:t xml:space="preserve">En los estatutos de la entidad gestora debe figurar el </w:t>
            </w:r>
            <w:r w:rsidRPr="005F177E">
              <w:rPr>
                <w:rFonts w:ascii="Aptos" w:hAnsi="Aptos"/>
                <w:lang w:val="es-ES"/>
              </w:rPr>
              <w:t xml:space="preserve">compromiso de los </w:t>
            </w:r>
            <w:r>
              <w:rPr>
                <w:rFonts w:ascii="Aptos" w:hAnsi="Aptos"/>
                <w:lang w:val="es-ES"/>
              </w:rPr>
              <w:t xml:space="preserve">asociados </w:t>
            </w:r>
            <w:r w:rsidRPr="005F177E">
              <w:rPr>
                <w:rFonts w:ascii="Aptos" w:hAnsi="Aptos"/>
                <w:lang w:val="es-ES"/>
              </w:rPr>
              <w:t xml:space="preserve">de colaborar activamente para alcanzar objetivos comunes, orientados a la mejora de la competitividad, la innovación, la sostenibilidad o la internacionalización. </w:t>
            </w:r>
          </w:p>
        </w:tc>
      </w:tr>
      <w:tr w:rsidR="00CE6ACA" w:rsidRPr="0054590F" w14:paraId="34C19298" w14:textId="77777777" w:rsidTr="009C44D2">
        <w:trPr>
          <w:trHeight w:val="293"/>
        </w:trPr>
        <w:tc>
          <w:tcPr>
            <w:tcW w:w="8640" w:type="dxa"/>
          </w:tcPr>
          <w:p w14:paraId="68D2FDB3" w14:textId="77777777" w:rsidR="00CE6ACA" w:rsidRDefault="00CE6ACA" w:rsidP="009C44D2">
            <w:pPr>
              <w:rPr>
                <w:rFonts w:ascii="Aptos" w:hAnsi="Aptos"/>
                <w:lang w:val="es-ES_tradnl"/>
              </w:rPr>
            </w:pPr>
          </w:p>
          <w:p w14:paraId="015BAB26" w14:textId="77777777" w:rsidR="00CE6ACA" w:rsidRPr="00EA53C7" w:rsidRDefault="00CE6ACA" w:rsidP="009C44D2">
            <w:pPr>
              <w:rPr>
                <w:rFonts w:ascii="Aptos" w:hAnsi="Aptos"/>
                <w:lang w:val="es-ES_tradnl"/>
              </w:rPr>
            </w:pPr>
            <w:r>
              <w:rPr>
                <w:rFonts w:ascii="Aptos" w:hAnsi="Aptos"/>
                <w:lang w:val="es-ES_tradnl"/>
              </w:rPr>
              <w:t xml:space="preserve">Indicar si lo cumple o no …. </w:t>
            </w:r>
          </w:p>
        </w:tc>
      </w:tr>
    </w:tbl>
    <w:p w14:paraId="01219722" w14:textId="77777777" w:rsidR="00CE6ACA" w:rsidRDefault="00CE6ACA" w:rsidP="00CE6ACA">
      <w:pPr>
        <w:spacing w:after="0" w:line="240" w:lineRule="auto"/>
        <w:rPr>
          <w:rFonts w:ascii="Aptos" w:hAnsi="Aptos"/>
          <w:lang w:val="es-ES_tradnl"/>
        </w:rPr>
      </w:pPr>
    </w:p>
    <w:p w14:paraId="2EDC7E16" w14:textId="4AFE1C08" w:rsidR="00B306EE" w:rsidRPr="00BE194E" w:rsidRDefault="000C7645" w:rsidP="00B306EE">
      <w:pPr>
        <w:spacing w:after="0" w:line="240" w:lineRule="auto"/>
        <w:rPr>
          <w:rFonts w:ascii="Aptos" w:hAnsi="Aptos"/>
          <w:b/>
          <w:bCs/>
          <w:lang w:val="es-ES_tradnl"/>
        </w:rPr>
      </w:pPr>
      <w:r>
        <w:rPr>
          <w:rFonts w:ascii="Aptos" w:hAnsi="Aptos"/>
          <w:b/>
          <w:bCs/>
          <w:lang w:val="es-ES_tradnl"/>
        </w:rPr>
        <w:t>2</w:t>
      </w:r>
      <w:r w:rsidR="00B306EE">
        <w:rPr>
          <w:rFonts w:ascii="Aptos" w:hAnsi="Aptos"/>
          <w:b/>
          <w:bCs/>
          <w:lang w:val="es-ES_tradnl"/>
        </w:rPr>
        <w:t xml:space="preserve">.- </w:t>
      </w:r>
      <w:r w:rsidR="00B306EE" w:rsidRPr="00BE194E">
        <w:rPr>
          <w:rFonts w:ascii="Aptos" w:hAnsi="Aptos"/>
          <w:b/>
          <w:bCs/>
          <w:lang w:val="es-ES_tradnl"/>
        </w:rPr>
        <w:t>CUMPLIMIENTO DE CRITERIOS GENERALES</w:t>
      </w:r>
    </w:p>
    <w:p w14:paraId="5BDDEE3A" w14:textId="77777777" w:rsidR="00B306EE" w:rsidRDefault="00B306EE" w:rsidP="00B306EE">
      <w:pPr>
        <w:spacing w:after="0" w:line="240" w:lineRule="auto"/>
        <w:rPr>
          <w:rFonts w:ascii="Aptos" w:hAnsi="Aptos"/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636"/>
      </w:tblGrid>
      <w:tr w:rsidR="00B306EE" w:rsidRPr="0054590F" w14:paraId="47DA4553" w14:textId="77777777" w:rsidTr="009C44D2">
        <w:tc>
          <w:tcPr>
            <w:tcW w:w="8640" w:type="dxa"/>
            <w:shd w:val="clear" w:color="auto" w:fill="D9D9D9" w:themeFill="background1" w:themeFillShade="D9"/>
          </w:tcPr>
          <w:p w14:paraId="6C0917E9" w14:textId="77777777" w:rsidR="00B306EE" w:rsidRDefault="00B306EE" w:rsidP="009C44D2">
            <w:pPr>
              <w:rPr>
                <w:rFonts w:ascii="Aptos" w:hAnsi="Aptos"/>
                <w:b/>
                <w:lang w:val="es-ES_tradnl"/>
              </w:rPr>
            </w:pPr>
            <w:r>
              <w:rPr>
                <w:rFonts w:ascii="Aptos" w:hAnsi="Aptos"/>
                <w:b/>
                <w:lang w:val="es-ES_tradnl"/>
              </w:rPr>
              <w:t>Ámbito económico o sector industrial</w:t>
            </w:r>
            <w:r w:rsidRPr="00EA53C7">
              <w:rPr>
                <w:rFonts w:ascii="Aptos" w:hAnsi="Aptos"/>
                <w:b/>
                <w:lang w:val="es-ES_tradnl"/>
              </w:rPr>
              <w:t>:</w:t>
            </w:r>
          </w:p>
          <w:p w14:paraId="33E7349D" w14:textId="77777777" w:rsidR="00B306EE" w:rsidRPr="00EA53C7" w:rsidRDefault="00B306EE" w:rsidP="009C44D2">
            <w:pPr>
              <w:jc w:val="both"/>
              <w:rPr>
                <w:rFonts w:ascii="Aptos" w:hAnsi="Aptos"/>
                <w:lang w:val="es-ES_tradnl"/>
              </w:rPr>
            </w:pPr>
            <w:r>
              <w:rPr>
                <w:rFonts w:ascii="Aptos" w:hAnsi="Aptos"/>
                <w:lang w:val="es-ES_tradnl"/>
              </w:rPr>
              <w:t>Indicar el ámbito económico o sector industrial en el que la entidad gestora focaliza sus actuaciones</w:t>
            </w:r>
            <w:r w:rsidRPr="004125C2">
              <w:rPr>
                <w:rFonts w:ascii="Aptos" w:hAnsi="Aptos"/>
                <w:lang w:val="es-ES_tradnl"/>
              </w:rPr>
              <w:t>, así como una breve descripción de la cadena de valor del clúster representado</w:t>
            </w:r>
            <w:r>
              <w:rPr>
                <w:rFonts w:ascii="Aptos" w:hAnsi="Aptos"/>
                <w:lang w:val="es-ES_tradnl"/>
              </w:rPr>
              <w:t>.</w:t>
            </w:r>
          </w:p>
        </w:tc>
      </w:tr>
      <w:tr w:rsidR="00B306EE" w:rsidRPr="0054590F" w14:paraId="0FA7C9D2" w14:textId="77777777" w:rsidTr="009C44D2">
        <w:trPr>
          <w:trHeight w:val="293"/>
        </w:trPr>
        <w:tc>
          <w:tcPr>
            <w:tcW w:w="8640" w:type="dxa"/>
          </w:tcPr>
          <w:p w14:paraId="3DD47C18" w14:textId="77777777" w:rsidR="00B306EE" w:rsidRDefault="00B306EE" w:rsidP="009C44D2">
            <w:pPr>
              <w:rPr>
                <w:rFonts w:ascii="Aptos" w:hAnsi="Aptos"/>
                <w:lang w:val="es-ES_tradnl"/>
              </w:rPr>
            </w:pPr>
            <w:r>
              <w:rPr>
                <w:rFonts w:ascii="Aptos" w:hAnsi="Aptos"/>
                <w:lang w:val="es-ES_tradnl"/>
              </w:rPr>
              <w:t>Ámbito/sector: ……..</w:t>
            </w:r>
          </w:p>
          <w:p w14:paraId="1BA97532" w14:textId="77777777" w:rsidR="00B306EE" w:rsidRDefault="00B306EE" w:rsidP="009C44D2">
            <w:pPr>
              <w:rPr>
                <w:rFonts w:ascii="Aptos" w:hAnsi="Aptos"/>
                <w:lang w:val="es-ES_tradnl"/>
              </w:rPr>
            </w:pPr>
            <w:r>
              <w:rPr>
                <w:rFonts w:ascii="Aptos" w:hAnsi="Aptos"/>
                <w:lang w:val="es-ES_tradnl"/>
              </w:rPr>
              <w:t>Cadena de valor: …….</w:t>
            </w:r>
          </w:p>
          <w:p w14:paraId="4F01B5C9" w14:textId="77777777" w:rsidR="00B306EE" w:rsidRPr="00EA53C7" w:rsidRDefault="00B306EE" w:rsidP="009C44D2">
            <w:pPr>
              <w:rPr>
                <w:rFonts w:ascii="Aptos" w:hAnsi="Aptos"/>
                <w:lang w:val="es-ES_tradnl"/>
              </w:rPr>
            </w:pPr>
          </w:p>
        </w:tc>
      </w:tr>
    </w:tbl>
    <w:p w14:paraId="32F6430C" w14:textId="77777777" w:rsidR="00B306EE" w:rsidRDefault="00B306EE" w:rsidP="00B306EE">
      <w:pPr>
        <w:spacing w:after="0" w:line="240" w:lineRule="auto"/>
        <w:rPr>
          <w:rFonts w:ascii="Aptos" w:hAnsi="Aptos"/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636"/>
      </w:tblGrid>
      <w:tr w:rsidR="00B306EE" w:rsidRPr="0054590F" w14:paraId="315DC0E8" w14:textId="77777777" w:rsidTr="009C44D2">
        <w:tc>
          <w:tcPr>
            <w:tcW w:w="8640" w:type="dxa"/>
            <w:shd w:val="clear" w:color="auto" w:fill="D9D9D9" w:themeFill="background1" w:themeFillShade="D9"/>
          </w:tcPr>
          <w:p w14:paraId="2C770152" w14:textId="77777777" w:rsidR="00B306EE" w:rsidRDefault="00B306EE" w:rsidP="009C44D2">
            <w:pPr>
              <w:rPr>
                <w:rFonts w:ascii="Aptos" w:hAnsi="Aptos"/>
                <w:b/>
                <w:lang w:val="es-ES_tradnl"/>
              </w:rPr>
            </w:pPr>
            <w:r w:rsidRPr="00825B4A">
              <w:rPr>
                <w:rFonts w:ascii="Aptos" w:hAnsi="Aptos"/>
                <w:b/>
                <w:lang w:val="es-ES_tradnl"/>
              </w:rPr>
              <w:t>Composición y masa crítica del clúster</w:t>
            </w:r>
            <w:r w:rsidRPr="00EA53C7">
              <w:rPr>
                <w:rFonts w:ascii="Aptos" w:hAnsi="Aptos"/>
                <w:b/>
                <w:lang w:val="es-ES_tradnl"/>
              </w:rPr>
              <w:t xml:space="preserve">: </w:t>
            </w:r>
          </w:p>
          <w:p w14:paraId="6C7A7815" w14:textId="4E5B1C49" w:rsidR="00B306EE" w:rsidRPr="00EA53C7" w:rsidRDefault="00B306EE" w:rsidP="009C44D2">
            <w:pPr>
              <w:jc w:val="both"/>
              <w:rPr>
                <w:rFonts w:ascii="Aptos" w:hAnsi="Aptos"/>
                <w:lang w:val="es-ES_tradnl"/>
              </w:rPr>
            </w:pPr>
            <w:r w:rsidRPr="008537F7">
              <w:rPr>
                <w:rFonts w:ascii="Aptos" w:hAnsi="Aptos"/>
                <w:bCs/>
                <w:lang w:val="es-ES_tradnl"/>
              </w:rPr>
              <w:t>Indi</w:t>
            </w:r>
            <w:r w:rsidR="00DD6336">
              <w:rPr>
                <w:rFonts w:ascii="Aptos" w:hAnsi="Aptos"/>
                <w:bCs/>
                <w:lang w:val="es-ES_tradnl"/>
              </w:rPr>
              <w:t>car</w:t>
            </w:r>
            <w:r w:rsidRPr="008537F7">
              <w:rPr>
                <w:rFonts w:ascii="Aptos" w:hAnsi="Aptos"/>
                <w:bCs/>
                <w:lang w:val="es-ES_tradnl"/>
              </w:rPr>
              <w:t xml:space="preserve"> la composición del clúster, detallando </w:t>
            </w:r>
            <w:r w:rsidRPr="00DD6336">
              <w:rPr>
                <w:rFonts w:ascii="Aptos" w:hAnsi="Aptos"/>
                <w:bCs/>
                <w:lang w:val="es-ES_tradnl"/>
              </w:rPr>
              <w:t>el número (Nº) de asociados según su tipología, localización e identificación de las entidades proveedoras de conocimiento y/o tecnología.</w:t>
            </w:r>
          </w:p>
        </w:tc>
      </w:tr>
      <w:tr w:rsidR="00B306EE" w:rsidRPr="0054590F" w14:paraId="27AF9AE2" w14:textId="77777777" w:rsidTr="009C44D2">
        <w:trPr>
          <w:trHeight w:val="1413"/>
        </w:trPr>
        <w:tc>
          <w:tcPr>
            <w:tcW w:w="8640" w:type="dxa"/>
          </w:tcPr>
          <w:p w14:paraId="74BE40BF" w14:textId="77777777" w:rsidR="00B306EE" w:rsidRPr="00EA53C7" w:rsidRDefault="00B306EE" w:rsidP="009C44D2">
            <w:pPr>
              <w:rPr>
                <w:rFonts w:ascii="Aptos" w:hAnsi="Aptos"/>
                <w:lang w:val="es-ES_tradnl"/>
              </w:rPr>
            </w:pPr>
            <w:r w:rsidRPr="00EA53C7">
              <w:rPr>
                <w:rFonts w:ascii="Aptos" w:hAnsi="Aptos"/>
                <w:lang w:val="es-ES_tradnl"/>
              </w:rPr>
              <w:t xml:space="preserve"> 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521"/>
              <w:gridCol w:w="1331"/>
              <w:gridCol w:w="1559"/>
              <w:gridCol w:w="1701"/>
              <w:gridCol w:w="1547"/>
              <w:gridCol w:w="751"/>
            </w:tblGrid>
            <w:tr w:rsidR="00B306EE" w:rsidRPr="0054590F" w14:paraId="12590F36" w14:textId="77777777" w:rsidTr="009C44D2">
              <w:tc>
                <w:tcPr>
                  <w:tcW w:w="1521" w:type="dxa"/>
                  <w:shd w:val="clear" w:color="auto" w:fill="F2F2F2" w:themeFill="background1" w:themeFillShade="F2"/>
                </w:tcPr>
                <w:p w14:paraId="41C6CFA1" w14:textId="77777777" w:rsidR="00B306EE" w:rsidRPr="00EA53C7" w:rsidRDefault="00B306EE" w:rsidP="009C44D2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 xml:space="preserve">Nº </w:t>
                  </w:r>
                  <w:r w:rsidRPr="00EA53C7">
                    <w:rPr>
                      <w:rFonts w:ascii="Aptos" w:hAnsi="Aptos"/>
                      <w:lang w:val="es-ES_tradnl"/>
                    </w:rPr>
                    <w:t>P</w:t>
                  </w:r>
                  <w:r>
                    <w:rPr>
                      <w:rFonts w:ascii="Aptos" w:hAnsi="Aptos"/>
                      <w:lang w:val="es-ES_tradnl"/>
                    </w:rPr>
                    <w:t>YMES</w:t>
                  </w:r>
                </w:p>
              </w:tc>
              <w:tc>
                <w:tcPr>
                  <w:tcW w:w="1331" w:type="dxa"/>
                  <w:shd w:val="clear" w:color="auto" w:fill="F2F2F2" w:themeFill="background1" w:themeFillShade="F2"/>
                </w:tcPr>
                <w:p w14:paraId="0318313A" w14:textId="77777777" w:rsidR="00B306EE" w:rsidRPr="00EA53C7" w:rsidRDefault="00B306EE" w:rsidP="009C44D2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Nº g</w:t>
                  </w:r>
                  <w:r w:rsidRPr="00EA53C7">
                    <w:rPr>
                      <w:rFonts w:ascii="Aptos" w:hAnsi="Aptos"/>
                      <w:lang w:val="es-ES_tradnl"/>
                    </w:rPr>
                    <w:t>randes</w:t>
                  </w:r>
                  <w:r>
                    <w:rPr>
                      <w:rFonts w:ascii="Aptos" w:hAnsi="Aptos"/>
                      <w:lang w:val="es-ES_tradnl"/>
                    </w:rPr>
                    <w:t xml:space="preserve"> empresas</w:t>
                  </w:r>
                </w:p>
              </w:tc>
              <w:tc>
                <w:tcPr>
                  <w:tcW w:w="1559" w:type="dxa"/>
                  <w:shd w:val="clear" w:color="auto" w:fill="F2F2F2" w:themeFill="background1" w:themeFillShade="F2"/>
                </w:tcPr>
                <w:p w14:paraId="52253A76" w14:textId="77777777" w:rsidR="00B306EE" w:rsidRPr="00EA53C7" w:rsidRDefault="00B306EE" w:rsidP="009C44D2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Nº c</w:t>
                  </w:r>
                  <w:r w:rsidRPr="00EA53C7">
                    <w:rPr>
                      <w:rFonts w:ascii="Aptos" w:hAnsi="Aptos"/>
                      <w:lang w:val="es-ES_tradnl"/>
                    </w:rPr>
                    <w:t>entros tec</w:t>
                  </w:r>
                  <w:r>
                    <w:rPr>
                      <w:rFonts w:ascii="Aptos" w:hAnsi="Aptos"/>
                      <w:lang w:val="es-ES_tradnl"/>
                    </w:rPr>
                    <w:t>nológicos</w:t>
                  </w:r>
                </w:p>
              </w:tc>
              <w:tc>
                <w:tcPr>
                  <w:tcW w:w="1701" w:type="dxa"/>
                  <w:shd w:val="clear" w:color="auto" w:fill="F2F2F2" w:themeFill="background1" w:themeFillShade="F2"/>
                </w:tcPr>
                <w:p w14:paraId="7940AA24" w14:textId="77777777" w:rsidR="00B306EE" w:rsidRPr="00EA53C7" w:rsidRDefault="00B306EE" w:rsidP="009C44D2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Nº u</w:t>
                  </w:r>
                  <w:r w:rsidRPr="00EA53C7">
                    <w:rPr>
                      <w:rFonts w:ascii="Aptos" w:hAnsi="Aptos"/>
                      <w:lang w:val="es-ES_tradnl"/>
                    </w:rPr>
                    <w:t>niversidades</w:t>
                  </w:r>
                </w:p>
              </w:tc>
              <w:tc>
                <w:tcPr>
                  <w:tcW w:w="1547" w:type="dxa"/>
                  <w:shd w:val="clear" w:color="auto" w:fill="F2F2F2" w:themeFill="background1" w:themeFillShade="F2"/>
                </w:tcPr>
                <w:p w14:paraId="40CC1FCA" w14:textId="77777777" w:rsidR="00B306EE" w:rsidRPr="00EA53C7" w:rsidRDefault="00B306EE" w:rsidP="009C44D2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 xml:space="preserve">Nº </w:t>
                  </w:r>
                  <w:r w:rsidRPr="00EA53C7">
                    <w:rPr>
                      <w:rFonts w:ascii="Aptos" w:hAnsi="Aptos"/>
                      <w:lang w:val="es-ES_tradnl"/>
                    </w:rPr>
                    <w:t>Entidades públicas</w:t>
                  </w:r>
                </w:p>
              </w:tc>
              <w:tc>
                <w:tcPr>
                  <w:tcW w:w="751" w:type="dxa"/>
                  <w:shd w:val="clear" w:color="auto" w:fill="F2F2F2" w:themeFill="background1" w:themeFillShade="F2"/>
                </w:tcPr>
                <w:p w14:paraId="71EC53D5" w14:textId="77777777" w:rsidR="00B306EE" w:rsidRPr="00EA53C7" w:rsidRDefault="00B306EE" w:rsidP="009C44D2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 w:rsidRPr="00EA53C7">
                    <w:rPr>
                      <w:rFonts w:ascii="Aptos" w:hAnsi="Aptos"/>
                      <w:lang w:val="es-ES_tradnl"/>
                    </w:rPr>
                    <w:t>Otros</w:t>
                  </w:r>
                </w:p>
              </w:tc>
            </w:tr>
            <w:tr w:rsidR="00B306EE" w:rsidRPr="0054590F" w14:paraId="51247823" w14:textId="77777777" w:rsidTr="009C44D2">
              <w:tc>
                <w:tcPr>
                  <w:tcW w:w="1521" w:type="dxa"/>
                </w:tcPr>
                <w:p w14:paraId="7DA955C4" w14:textId="77777777" w:rsidR="00B306EE" w:rsidRPr="00EA53C7" w:rsidRDefault="00B306EE" w:rsidP="009C44D2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……..</w:t>
                  </w:r>
                </w:p>
              </w:tc>
              <w:tc>
                <w:tcPr>
                  <w:tcW w:w="1331" w:type="dxa"/>
                </w:tcPr>
                <w:p w14:paraId="644C4786" w14:textId="77777777" w:rsidR="00B306EE" w:rsidRPr="00EA53C7" w:rsidRDefault="00B306EE" w:rsidP="009C44D2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……..</w:t>
                  </w:r>
                </w:p>
              </w:tc>
              <w:tc>
                <w:tcPr>
                  <w:tcW w:w="1559" w:type="dxa"/>
                </w:tcPr>
                <w:p w14:paraId="5D60BB51" w14:textId="77777777" w:rsidR="00B306EE" w:rsidRPr="00EA53C7" w:rsidRDefault="00B306EE" w:rsidP="009C44D2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…….</w:t>
                  </w:r>
                </w:p>
              </w:tc>
              <w:tc>
                <w:tcPr>
                  <w:tcW w:w="1701" w:type="dxa"/>
                </w:tcPr>
                <w:p w14:paraId="62FEF1E2" w14:textId="77777777" w:rsidR="00B306EE" w:rsidRPr="00EA53C7" w:rsidRDefault="00B306EE" w:rsidP="009C44D2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……..</w:t>
                  </w:r>
                </w:p>
              </w:tc>
              <w:tc>
                <w:tcPr>
                  <w:tcW w:w="1547" w:type="dxa"/>
                </w:tcPr>
                <w:p w14:paraId="699254AC" w14:textId="77777777" w:rsidR="00B306EE" w:rsidRPr="00EA53C7" w:rsidRDefault="00B306EE" w:rsidP="009C44D2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……..</w:t>
                  </w:r>
                </w:p>
              </w:tc>
              <w:tc>
                <w:tcPr>
                  <w:tcW w:w="751" w:type="dxa"/>
                </w:tcPr>
                <w:p w14:paraId="2DC74811" w14:textId="77777777" w:rsidR="00B306EE" w:rsidRPr="00EA53C7" w:rsidRDefault="00B306EE" w:rsidP="009C44D2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…….</w:t>
                  </w:r>
                </w:p>
              </w:tc>
            </w:tr>
          </w:tbl>
          <w:p w14:paraId="7F21A6E2" w14:textId="77777777" w:rsidR="00B306EE" w:rsidRDefault="00B306EE" w:rsidP="009C44D2">
            <w:pPr>
              <w:rPr>
                <w:rFonts w:ascii="Aptos" w:hAnsi="Aptos"/>
                <w:lang w:val="es-ES_tradnl"/>
              </w:rPr>
            </w:pPr>
          </w:p>
          <w:p w14:paraId="490C39F1" w14:textId="77777777" w:rsidR="00B306EE" w:rsidRDefault="00B306EE" w:rsidP="009C44D2">
            <w:pPr>
              <w:rPr>
                <w:rFonts w:ascii="Aptos" w:hAnsi="Aptos"/>
                <w:lang w:val="es-ES_tradnl"/>
              </w:rPr>
            </w:pPr>
            <w:r w:rsidRPr="001B3E41">
              <w:rPr>
                <w:rFonts w:ascii="Aptos" w:hAnsi="Aptos"/>
                <w:b/>
                <w:bCs/>
                <w:lang w:val="es-ES_tradnl"/>
              </w:rPr>
              <w:t>Localización:</w:t>
            </w:r>
            <w:r>
              <w:rPr>
                <w:rFonts w:ascii="Aptos" w:hAnsi="Aptos"/>
                <w:lang w:val="es-ES_tradnl"/>
              </w:rPr>
              <w:t xml:space="preserve"> In</w:t>
            </w:r>
            <w:r w:rsidRPr="007C4371">
              <w:rPr>
                <w:rFonts w:ascii="Aptos" w:hAnsi="Aptos"/>
                <w:lang w:val="es-ES_tradnl"/>
              </w:rPr>
              <w:t>dicar el</w:t>
            </w:r>
            <w:r>
              <w:rPr>
                <w:rFonts w:ascii="Aptos" w:hAnsi="Aptos"/>
                <w:lang w:val="es-ES_tradnl"/>
              </w:rPr>
              <w:t xml:space="preserve"> porcentaje </w:t>
            </w:r>
            <w:r w:rsidRPr="007C4371">
              <w:rPr>
                <w:rFonts w:ascii="Aptos" w:hAnsi="Aptos"/>
                <w:lang w:val="es-ES_tradnl"/>
              </w:rPr>
              <w:t xml:space="preserve">de </w:t>
            </w:r>
            <w:r>
              <w:rPr>
                <w:rFonts w:ascii="Aptos" w:hAnsi="Aptos"/>
                <w:lang w:val="es-ES_tradnl"/>
              </w:rPr>
              <w:t>entidades asociadas</w:t>
            </w:r>
            <w:r w:rsidRPr="007C4371">
              <w:rPr>
                <w:rFonts w:ascii="Aptos" w:hAnsi="Aptos"/>
                <w:lang w:val="es-ES_tradnl"/>
              </w:rPr>
              <w:t xml:space="preserve"> con sede en la </w:t>
            </w:r>
            <w:r>
              <w:rPr>
                <w:rFonts w:ascii="Aptos" w:hAnsi="Aptos"/>
                <w:lang w:val="es-ES_tradnl"/>
              </w:rPr>
              <w:t>CV …..%.</w:t>
            </w:r>
          </w:p>
          <w:p w14:paraId="7517A68B" w14:textId="77777777" w:rsidR="00B306EE" w:rsidRDefault="00B306EE" w:rsidP="009C44D2">
            <w:pPr>
              <w:rPr>
                <w:rFonts w:ascii="Aptos" w:hAnsi="Aptos"/>
                <w:lang w:val="es-ES_tradnl"/>
              </w:rPr>
            </w:pPr>
          </w:p>
          <w:p w14:paraId="275D1417" w14:textId="77777777" w:rsidR="00B306EE" w:rsidRDefault="00B306EE" w:rsidP="009C44D2">
            <w:pPr>
              <w:rPr>
                <w:rFonts w:ascii="Aptos" w:hAnsi="Aptos"/>
                <w:lang w:val="es-ES_tradnl"/>
              </w:rPr>
            </w:pPr>
            <w:r w:rsidRPr="00700210">
              <w:rPr>
                <w:rFonts w:ascii="Aptos" w:hAnsi="Aptos"/>
                <w:b/>
                <w:bCs/>
                <w:lang w:val="es-ES_tradnl"/>
              </w:rPr>
              <w:t>Identificación</w:t>
            </w:r>
            <w:r>
              <w:rPr>
                <w:rFonts w:ascii="Aptos" w:hAnsi="Aptos"/>
                <w:lang w:val="es-ES_tradnl"/>
              </w:rPr>
              <w:t xml:space="preserve">: </w:t>
            </w:r>
          </w:p>
          <w:p w14:paraId="38D877EB" w14:textId="77777777" w:rsidR="00B306EE" w:rsidRDefault="00B306EE" w:rsidP="009C44D2">
            <w:pPr>
              <w:rPr>
                <w:rFonts w:ascii="Aptos" w:hAnsi="Aptos"/>
                <w:lang w:val="es-ES_tradnl"/>
              </w:rPr>
            </w:pPr>
            <w:r>
              <w:rPr>
                <w:rFonts w:ascii="Aptos" w:hAnsi="Aptos"/>
                <w:lang w:val="es-ES_tradnl"/>
              </w:rPr>
              <w:t xml:space="preserve">Centros Tecnológicos: </w:t>
            </w:r>
            <w:r w:rsidRPr="00EA53C7">
              <w:rPr>
                <w:rFonts w:ascii="Aptos" w:hAnsi="Aptos"/>
                <w:lang w:val="es-ES_tradnl"/>
              </w:rPr>
              <w:t>______</w:t>
            </w:r>
            <w:r>
              <w:rPr>
                <w:rFonts w:ascii="Aptos" w:hAnsi="Aptos"/>
                <w:lang w:val="es-ES_tradnl"/>
              </w:rPr>
              <w:t>___________________________________________________</w:t>
            </w:r>
            <w:r w:rsidRPr="00EA53C7">
              <w:rPr>
                <w:rFonts w:ascii="Aptos" w:hAnsi="Aptos"/>
                <w:lang w:val="es-ES_tradnl"/>
              </w:rPr>
              <w:t>__</w:t>
            </w:r>
          </w:p>
          <w:p w14:paraId="637D49BC" w14:textId="77777777" w:rsidR="00B306EE" w:rsidRDefault="00B306EE" w:rsidP="009C44D2">
            <w:pPr>
              <w:rPr>
                <w:rFonts w:ascii="Aptos" w:hAnsi="Aptos"/>
                <w:lang w:val="es-ES_tradnl"/>
              </w:rPr>
            </w:pPr>
            <w:r>
              <w:rPr>
                <w:rFonts w:ascii="Aptos" w:hAnsi="Aptos"/>
                <w:lang w:val="es-ES_tradnl"/>
              </w:rPr>
              <w:t>Universidades: ___________________________________________________________________</w:t>
            </w:r>
          </w:p>
          <w:p w14:paraId="5882A98E" w14:textId="77777777" w:rsidR="00B306EE" w:rsidRPr="00EA53C7" w:rsidRDefault="00B306EE" w:rsidP="009C44D2">
            <w:pPr>
              <w:rPr>
                <w:rFonts w:ascii="Aptos" w:hAnsi="Aptos"/>
                <w:lang w:val="es-ES_tradnl"/>
              </w:rPr>
            </w:pPr>
            <w:r>
              <w:rPr>
                <w:rFonts w:ascii="Aptos" w:hAnsi="Aptos"/>
                <w:lang w:val="es-ES_tradnl"/>
              </w:rPr>
              <w:t>Entidades públicas: _______________________________________________________________</w:t>
            </w:r>
          </w:p>
        </w:tc>
      </w:tr>
    </w:tbl>
    <w:p w14:paraId="16D591F7" w14:textId="77777777" w:rsidR="00B306EE" w:rsidRPr="00EA53C7" w:rsidRDefault="00B306EE" w:rsidP="00B306EE">
      <w:pPr>
        <w:spacing w:after="0" w:line="240" w:lineRule="auto"/>
        <w:rPr>
          <w:rFonts w:ascii="Aptos" w:hAnsi="Aptos"/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636"/>
      </w:tblGrid>
      <w:tr w:rsidR="00B306EE" w:rsidRPr="0054590F" w14:paraId="735C946B" w14:textId="77777777" w:rsidTr="009C44D2">
        <w:tc>
          <w:tcPr>
            <w:tcW w:w="8640" w:type="dxa"/>
            <w:shd w:val="clear" w:color="auto" w:fill="D9D9D9" w:themeFill="background1" w:themeFillShade="D9"/>
          </w:tcPr>
          <w:p w14:paraId="1A4D7D9C" w14:textId="77777777" w:rsidR="00B306EE" w:rsidRDefault="00B306EE" w:rsidP="009C44D2">
            <w:pPr>
              <w:rPr>
                <w:rFonts w:ascii="Aptos" w:hAnsi="Aptos"/>
                <w:b/>
                <w:lang w:val="es-ES_tradnl"/>
              </w:rPr>
            </w:pPr>
            <w:r>
              <w:rPr>
                <w:rFonts w:ascii="Aptos" w:hAnsi="Aptos"/>
                <w:b/>
                <w:lang w:val="es-ES_tradnl"/>
              </w:rPr>
              <w:t>Gobernanza (criterios generales)</w:t>
            </w:r>
            <w:r w:rsidRPr="00EA53C7">
              <w:rPr>
                <w:rFonts w:ascii="Aptos" w:hAnsi="Aptos"/>
                <w:b/>
                <w:lang w:val="es-ES_tradnl"/>
              </w:rPr>
              <w:t>:</w:t>
            </w:r>
          </w:p>
          <w:p w14:paraId="29D88B16" w14:textId="53263F8D" w:rsidR="00B306EE" w:rsidRPr="002C6FF0" w:rsidRDefault="00B306EE" w:rsidP="009C44D2">
            <w:pPr>
              <w:numPr>
                <w:ilvl w:val="0"/>
                <w:numId w:val="15"/>
              </w:numPr>
              <w:jc w:val="both"/>
              <w:rPr>
                <w:rFonts w:ascii="Aptos" w:hAnsi="Aptos"/>
                <w:lang w:val="es-ES"/>
              </w:rPr>
            </w:pPr>
            <w:r w:rsidRPr="00E55FC2">
              <w:rPr>
                <w:rFonts w:ascii="Aptos" w:hAnsi="Aptos"/>
                <w:lang w:val="es-ES"/>
              </w:rPr>
              <w:t>Indi</w:t>
            </w:r>
            <w:r w:rsidR="00DD6336">
              <w:rPr>
                <w:rFonts w:ascii="Aptos" w:hAnsi="Aptos"/>
                <w:lang w:val="es-ES"/>
              </w:rPr>
              <w:t>car</w:t>
            </w:r>
            <w:r w:rsidRPr="00E55FC2">
              <w:rPr>
                <w:rFonts w:ascii="Aptos" w:hAnsi="Aptos"/>
                <w:lang w:val="es-ES"/>
              </w:rPr>
              <w:t xml:space="preserve"> la estructura de gobernanza y funcionamiento de la entidad gestora según Órganos de gobierno (ej. Asamblea General, Junta Directiva, Comité Técnico…), Composición (ej. empresas de la cadena de valor, entidades proveedoras de conocimiento y/o tecnología) y </w:t>
            </w:r>
            <w:r w:rsidRPr="006F7E8C">
              <w:rPr>
                <w:rFonts w:ascii="Aptos" w:hAnsi="Aptos"/>
                <w:lang w:val="es-ES"/>
              </w:rPr>
              <w:t>Funciones o responsabilidades de cada órgano (ej. aprobar planes estratégicos, coordinar proyectos, supervisar la innovación, etc.).</w:t>
            </w:r>
          </w:p>
        </w:tc>
      </w:tr>
      <w:tr w:rsidR="00B306EE" w:rsidRPr="00EA53C7" w14:paraId="431D5036" w14:textId="77777777" w:rsidTr="009C44D2">
        <w:trPr>
          <w:trHeight w:val="1369"/>
        </w:trPr>
        <w:tc>
          <w:tcPr>
            <w:tcW w:w="8640" w:type="dxa"/>
          </w:tcPr>
          <w:p w14:paraId="41B6CD60" w14:textId="77777777" w:rsidR="00B306EE" w:rsidRPr="00EA53C7" w:rsidRDefault="00B306EE" w:rsidP="009C44D2">
            <w:pPr>
              <w:rPr>
                <w:rFonts w:ascii="Aptos" w:hAnsi="Aptos"/>
                <w:lang w:val="es-ES_tradnl"/>
              </w:rPr>
            </w:pPr>
            <w:r w:rsidRPr="00EA53C7">
              <w:rPr>
                <w:rFonts w:ascii="Aptos" w:hAnsi="Aptos"/>
                <w:lang w:val="es-ES_tradnl"/>
              </w:rPr>
              <w:t xml:space="preserve"> 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2791"/>
              <w:gridCol w:w="2816"/>
              <w:gridCol w:w="2803"/>
            </w:tblGrid>
            <w:tr w:rsidR="00B306EE" w:rsidRPr="00EA53C7" w14:paraId="64C40DF6" w14:textId="77777777" w:rsidTr="009C44D2">
              <w:tc>
                <w:tcPr>
                  <w:tcW w:w="2880" w:type="dxa"/>
                  <w:shd w:val="clear" w:color="auto" w:fill="F2F2F2" w:themeFill="background1" w:themeFillShade="F2"/>
                </w:tcPr>
                <w:p w14:paraId="1CF1A322" w14:textId="77777777" w:rsidR="00B306EE" w:rsidRPr="00EA53C7" w:rsidRDefault="00B306EE" w:rsidP="009C44D2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 w:rsidRPr="00EA53C7">
                    <w:rPr>
                      <w:rFonts w:ascii="Aptos" w:hAnsi="Aptos"/>
                      <w:lang w:val="es-ES_tradnl"/>
                    </w:rPr>
                    <w:t>Órgano</w:t>
                  </w:r>
                </w:p>
              </w:tc>
              <w:tc>
                <w:tcPr>
                  <w:tcW w:w="2880" w:type="dxa"/>
                  <w:shd w:val="clear" w:color="auto" w:fill="F2F2F2" w:themeFill="background1" w:themeFillShade="F2"/>
                </w:tcPr>
                <w:p w14:paraId="7D0C1F39" w14:textId="77777777" w:rsidR="00B306EE" w:rsidRPr="00EA53C7" w:rsidRDefault="00B306EE" w:rsidP="009C44D2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 w:rsidRPr="00EA53C7">
                    <w:rPr>
                      <w:rFonts w:ascii="Aptos" w:hAnsi="Aptos"/>
                      <w:lang w:val="es-ES_tradnl"/>
                    </w:rPr>
                    <w:t>Composición</w:t>
                  </w:r>
                </w:p>
              </w:tc>
              <w:tc>
                <w:tcPr>
                  <w:tcW w:w="2880" w:type="dxa"/>
                  <w:shd w:val="clear" w:color="auto" w:fill="F2F2F2" w:themeFill="background1" w:themeFillShade="F2"/>
                </w:tcPr>
                <w:p w14:paraId="5516BFAC" w14:textId="77777777" w:rsidR="00B306EE" w:rsidRPr="00EA53C7" w:rsidRDefault="00B306EE" w:rsidP="009C44D2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 w:rsidRPr="00EA53C7">
                    <w:rPr>
                      <w:rFonts w:ascii="Aptos" w:hAnsi="Aptos"/>
                      <w:lang w:val="es-ES_tradnl"/>
                    </w:rPr>
                    <w:t>Funciones</w:t>
                  </w:r>
                </w:p>
              </w:tc>
            </w:tr>
            <w:tr w:rsidR="00B306EE" w:rsidRPr="00EA53C7" w14:paraId="4AC8E102" w14:textId="77777777" w:rsidTr="009C44D2">
              <w:tc>
                <w:tcPr>
                  <w:tcW w:w="2880" w:type="dxa"/>
                </w:tcPr>
                <w:p w14:paraId="50588676" w14:textId="77777777" w:rsidR="00B306EE" w:rsidRPr="00EA53C7" w:rsidRDefault="00B306EE" w:rsidP="009C44D2">
                  <w:pPr>
                    <w:rPr>
                      <w:rFonts w:ascii="Aptos" w:hAnsi="Aptos"/>
                      <w:lang w:val="es-ES_tradnl"/>
                    </w:rPr>
                  </w:pPr>
                  <w:r w:rsidRPr="00EA53C7">
                    <w:rPr>
                      <w:rFonts w:ascii="Aptos" w:hAnsi="Aptos"/>
                      <w:lang w:val="es-ES_tradnl"/>
                    </w:rPr>
                    <w:t xml:space="preserve"> </w:t>
                  </w:r>
                </w:p>
              </w:tc>
              <w:tc>
                <w:tcPr>
                  <w:tcW w:w="2880" w:type="dxa"/>
                </w:tcPr>
                <w:p w14:paraId="6F2B2C83" w14:textId="77777777" w:rsidR="00B306EE" w:rsidRPr="00EA53C7" w:rsidRDefault="00B306EE" w:rsidP="009C44D2">
                  <w:pPr>
                    <w:rPr>
                      <w:rFonts w:ascii="Aptos" w:hAnsi="Aptos"/>
                      <w:lang w:val="es-ES_tradnl"/>
                    </w:rPr>
                  </w:pPr>
                  <w:r w:rsidRPr="00EA53C7">
                    <w:rPr>
                      <w:rFonts w:ascii="Aptos" w:hAnsi="Aptos"/>
                      <w:lang w:val="es-ES_tradnl"/>
                    </w:rPr>
                    <w:t xml:space="preserve"> </w:t>
                  </w:r>
                </w:p>
              </w:tc>
              <w:tc>
                <w:tcPr>
                  <w:tcW w:w="2880" w:type="dxa"/>
                </w:tcPr>
                <w:p w14:paraId="6657A103" w14:textId="77777777" w:rsidR="00B306EE" w:rsidRPr="00EA53C7" w:rsidRDefault="00B306EE" w:rsidP="009C44D2">
                  <w:pPr>
                    <w:rPr>
                      <w:rFonts w:ascii="Aptos" w:hAnsi="Aptos"/>
                      <w:lang w:val="es-ES_tradnl"/>
                    </w:rPr>
                  </w:pPr>
                  <w:r w:rsidRPr="00EA53C7">
                    <w:rPr>
                      <w:rFonts w:ascii="Aptos" w:hAnsi="Aptos"/>
                      <w:lang w:val="es-ES_tradnl"/>
                    </w:rPr>
                    <w:t xml:space="preserve"> </w:t>
                  </w:r>
                </w:p>
              </w:tc>
            </w:tr>
            <w:tr w:rsidR="00B306EE" w:rsidRPr="00EA53C7" w14:paraId="75C309A6" w14:textId="77777777" w:rsidTr="009C44D2">
              <w:tc>
                <w:tcPr>
                  <w:tcW w:w="2880" w:type="dxa"/>
                </w:tcPr>
                <w:p w14:paraId="176CD94E" w14:textId="77777777" w:rsidR="00B306EE" w:rsidRPr="00EA53C7" w:rsidRDefault="00B306EE" w:rsidP="009C44D2">
                  <w:pPr>
                    <w:rPr>
                      <w:rFonts w:ascii="Aptos" w:hAnsi="Aptos"/>
                      <w:lang w:val="es-ES_tradnl"/>
                    </w:rPr>
                  </w:pPr>
                  <w:r w:rsidRPr="00EA53C7">
                    <w:rPr>
                      <w:rFonts w:ascii="Aptos" w:hAnsi="Aptos"/>
                      <w:lang w:val="es-ES_tradnl"/>
                    </w:rPr>
                    <w:t xml:space="preserve"> </w:t>
                  </w:r>
                </w:p>
              </w:tc>
              <w:tc>
                <w:tcPr>
                  <w:tcW w:w="2880" w:type="dxa"/>
                </w:tcPr>
                <w:p w14:paraId="45D93511" w14:textId="77777777" w:rsidR="00B306EE" w:rsidRPr="00EA53C7" w:rsidRDefault="00B306EE" w:rsidP="009C44D2">
                  <w:pPr>
                    <w:rPr>
                      <w:rFonts w:ascii="Aptos" w:hAnsi="Aptos"/>
                      <w:lang w:val="es-ES_tradnl"/>
                    </w:rPr>
                  </w:pPr>
                  <w:r w:rsidRPr="00EA53C7">
                    <w:rPr>
                      <w:rFonts w:ascii="Aptos" w:hAnsi="Aptos"/>
                      <w:lang w:val="es-ES_tradnl"/>
                    </w:rPr>
                    <w:t xml:space="preserve"> </w:t>
                  </w:r>
                </w:p>
              </w:tc>
              <w:tc>
                <w:tcPr>
                  <w:tcW w:w="2880" w:type="dxa"/>
                </w:tcPr>
                <w:p w14:paraId="38D59BB4" w14:textId="77777777" w:rsidR="00B306EE" w:rsidRPr="00EA53C7" w:rsidRDefault="00B306EE" w:rsidP="009C44D2">
                  <w:pPr>
                    <w:rPr>
                      <w:rFonts w:ascii="Aptos" w:hAnsi="Aptos"/>
                      <w:lang w:val="es-ES_tradnl"/>
                    </w:rPr>
                  </w:pPr>
                  <w:r w:rsidRPr="00EA53C7">
                    <w:rPr>
                      <w:rFonts w:ascii="Aptos" w:hAnsi="Aptos"/>
                      <w:lang w:val="es-ES_tradnl"/>
                    </w:rPr>
                    <w:t xml:space="preserve"> </w:t>
                  </w:r>
                </w:p>
              </w:tc>
            </w:tr>
          </w:tbl>
          <w:p w14:paraId="56562D86" w14:textId="77777777" w:rsidR="00B306EE" w:rsidRPr="00EA53C7" w:rsidRDefault="00B306EE" w:rsidP="009C44D2">
            <w:pPr>
              <w:rPr>
                <w:rFonts w:ascii="Aptos" w:hAnsi="Aptos"/>
                <w:lang w:val="es-ES_tradnl"/>
              </w:rPr>
            </w:pPr>
          </w:p>
        </w:tc>
      </w:tr>
    </w:tbl>
    <w:p w14:paraId="569AFBFC" w14:textId="77777777" w:rsidR="00B306EE" w:rsidRDefault="00B306EE" w:rsidP="00B306EE">
      <w:pPr>
        <w:spacing w:after="0" w:line="240" w:lineRule="auto"/>
        <w:rPr>
          <w:rFonts w:ascii="Aptos" w:hAnsi="Aptos"/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636"/>
      </w:tblGrid>
      <w:tr w:rsidR="00B306EE" w:rsidRPr="0054590F" w14:paraId="5F03CC15" w14:textId="77777777" w:rsidTr="009C44D2">
        <w:tc>
          <w:tcPr>
            <w:tcW w:w="8640" w:type="dxa"/>
            <w:shd w:val="clear" w:color="auto" w:fill="D9D9D9" w:themeFill="background1" w:themeFillShade="D9"/>
          </w:tcPr>
          <w:p w14:paraId="12C1E09F" w14:textId="77777777" w:rsidR="00B306EE" w:rsidRDefault="00B306EE" w:rsidP="009C44D2">
            <w:pPr>
              <w:rPr>
                <w:rFonts w:ascii="Aptos" w:hAnsi="Aptos"/>
                <w:b/>
                <w:lang w:val="es-ES_tradnl"/>
              </w:rPr>
            </w:pPr>
            <w:r>
              <w:rPr>
                <w:rFonts w:ascii="Aptos" w:hAnsi="Aptos"/>
                <w:b/>
                <w:lang w:val="es-ES_tradnl"/>
              </w:rPr>
              <w:t>Recursos organizativos y técnicos</w:t>
            </w:r>
            <w:r w:rsidRPr="00EA53C7">
              <w:rPr>
                <w:rFonts w:ascii="Aptos" w:hAnsi="Aptos"/>
                <w:b/>
                <w:lang w:val="es-ES_tradnl"/>
              </w:rPr>
              <w:t>:</w:t>
            </w:r>
          </w:p>
          <w:p w14:paraId="32D2E0B8" w14:textId="0FA1471B" w:rsidR="00B306EE" w:rsidRPr="002C6FF0" w:rsidRDefault="00B306EE" w:rsidP="009C44D2">
            <w:pPr>
              <w:numPr>
                <w:ilvl w:val="0"/>
                <w:numId w:val="15"/>
              </w:numPr>
              <w:jc w:val="both"/>
              <w:rPr>
                <w:rFonts w:ascii="Aptos" w:hAnsi="Aptos"/>
                <w:lang w:val="es-ES"/>
              </w:rPr>
            </w:pPr>
            <w:bookmarkStart w:id="1" w:name="_Hlk210393490"/>
            <w:r w:rsidRPr="002E48A4">
              <w:rPr>
                <w:rFonts w:ascii="Aptos" w:hAnsi="Aptos"/>
                <w:lang w:val="es-ES"/>
              </w:rPr>
              <w:t xml:space="preserve">Indicar los recursos organizativos y técnicos de los que dispone la entidad gestora para el desarrollo de sus funciones de dinamización y gestión. Indicar, asimismo, si cuenta con al menos una persona </w:t>
            </w:r>
            <w:r w:rsidR="00DD6336">
              <w:rPr>
                <w:rFonts w:ascii="Aptos" w:hAnsi="Aptos"/>
                <w:lang w:val="es-ES"/>
              </w:rPr>
              <w:t xml:space="preserve">en plantilla </w:t>
            </w:r>
            <w:r w:rsidRPr="002E48A4">
              <w:rPr>
                <w:rFonts w:ascii="Aptos" w:hAnsi="Aptos"/>
                <w:lang w:val="es-ES"/>
              </w:rPr>
              <w:t xml:space="preserve">designada como </w:t>
            </w:r>
            <w:proofErr w:type="spellStart"/>
            <w:r w:rsidRPr="002E48A4">
              <w:rPr>
                <w:rFonts w:ascii="Aptos" w:hAnsi="Aptos"/>
                <w:i/>
                <w:iCs/>
                <w:lang w:val="es-ES"/>
              </w:rPr>
              <w:t>cluster</w:t>
            </w:r>
            <w:proofErr w:type="spellEnd"/>
            <w:r w:rsidRPr="002E48A4">
              <w:rPr>
                <w:rFonts w:ascii="Aptos" w:hAnsi="Aptos"/>
                <w:i/>
                <w:iCs/>
                <w:lang w:val="es-ES"/>
              </w:rPr>
              <w:t xml:space="preserve"> manager </w:t>
            </w:r>
            <w:r w:rsidRPr="002E48A4">
              <w:rPr>
                <w:rFonts w:ascii="Aptos" w:hAnsi="Aptos"/>
                <w:lang w:val="es-ES"/>
              </w:rPr>
              <w:t>o similar, con dedicación suficiente y formación específica para la gestión del clúster.</w:t>
            </w:r>
            <w:bookmarkEnd w:id="1"/>
          </w:p>
        </w:tc>
      </w:tr>
      <w:tr w:rsidR="00B306EE" w:rsidRPr="0054590F" w14:paraId="77037165" w14:textId="77777777" w:rsidTr="009C44D2">
        <w:trPr>
          <w:trHeight w:val="480"/>
        </w:trPr>
        <w:tc>
          <w:tcPr>
            <w:tcW w:w="8640" w:type="dxa"/>
          </w:tcPr>
          <w:p w14:paraId="2FB92848" w14:textId="77777777" w:rsidR="00B306EE" w:rsidRDefault="00B306EE" w:rsidP="009C44D2">
            <w:pPr>
              <w:rPr>
                <w:rFonts w:ascii="Aptos" w:hAnsi="Aptos"/>
                <w:lang w:val="es-ES_tradnl"/>
              </w:rPr>
            </w:pPr>
            <w:r>
              <w:rPr>
                <w:rFonts w:ascii="Aptos" w:hAnsi="Aptos"/>
                <w:lang w:val="es-ES_tradnl"/>
              </w:rPr>
              <w:t xml:space="preserve">Descripción de recursos: ……. </w:t>
            </w:r>
          </w:p>
          <w:p w14:paraId="27B67BAF" w14:textId="069EF1AA" w:rsidR="00B306EE" w:rsidRDefault="0054590F" w:rsidP="009C44D2">
            <w:pPr>
              <w:rPr>
                <w:rFonts w:ascii="Aptos" w:hAnsi="Aptos"/>
                <w:lang w:val="es-ES_tradnl"/>
              </w:rPr>
            </w:pPr>
            <w:r>
              <w:rPr>
                <w:rFonts w:ascii="Aptos" w:hAnsi="Aptos"/>
                <w:lang w:val="es-ES_tradnl"/>
              </w:rPr>
              <w:t>Clúster</w:t>
            </w:r>
            <w:r w:rsidR="00B306EE">
              <w:rPr>
                <w:rFonts w:ascii="Aptos" w:hAnsi="Aptos"/>
                <w:lang w:val="es-ES_tradnl"/>
              </w:rPr>
              <w:t xml:space="preserve"> manager o similar: ……..</w:t>
            </w:r>
          </w:p>
          <w:p w14:paraId="6D4B2626" w14:textId="77777777" w:rsidR="00DD6336" w:rsidRPr="00EA53C7" w:rsidRDefault="00DD6336" w:rsidP="009C44D2">
            <w:pPr>
              <w:rPr>
                <w:rFonts w:ascii="Aptos" w:hAnsi="Aptos"/>
                <w:lang w:val="es-ES_tradnl"/>
              </w:rPr>
            </w:pPr>
          </w:p>
        </w:tc>
      </w:tr>
    </w:tbl>
    <w:p w14:paraId="5A22179E" w14:textId="11862BDC" w:rsidR="00B306EE" w:rsidRDefault="00B306EE" w:rsidP="00F40ED2">
      <w:pPr>
        <w:spacing w:after="0" w:line="240" w:lineRule="auto"/>
        <w:rPr>
          <w:rFonts w:ascii="Aptos" w:hAnsi="Aptos"/>
          <w:lang w:val="es-ES_tradnl"/>
        </w:rPr>
      </w:pPr>
    </w:p>
    <w:sectPr w:rsidR="00B306EE" w:rsidSect="000F4B4B">
      <w:headerReference w:type="default" r:id="rId8"/>
      <w:pgSz w:w="12240" w:h="15840"/>
      <w:pgMar w:top="1440" w:right="1797" w:bottom="851" w:left="179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31145F" w14:textId="77777777" w:rsidR="00A56D57" w:rsidRDefault="00A56D57" w:rsidP="00B74F87">
      <w:pPr>
        <w:spacing w:after="0" w:line="240" w:lineRule="auto"/>
      </w:pPr>
      <w:r>
        <w:separator/>
      </w:r>
    </w:p>
  </w:endnote>
  <w:endnote w:type="continuationSeparator" w:id="0">
    <w:p w14:paraId="72646842" w14:textId="77777777" w:rsidR="00A56D57" w:rsidRDefault="00A56D57" w:rsidP="00B74F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E1554E" w14:textId="77777777" w:rsidR="00A56D57" w:rsidRDefault="00A56D57" w:rsidP="00B74F87">
      <w:pPr>
        <w:spacing w:after="0" w:line="240" w:lineRule="auto"/>
      </w:pPr>
      <w:r>
        <w:separator/>
      </w:r>
    </w:p>
  </w:footnote>
  <w:footnote w:type="continuationSeparator" w:id="0">
    <w:p w14:paraId="49FB2586" w14:textId="77777777" w:rsidR="00A56D57" w:rsidRDefault="00A56D57" w:rsidP="00B74F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45277C" w14:textId="78D46BD9" w:rsidR="00B74F87" w:rsidRDefault="00B74F87" w:rsidP="00B74F87">
    <w:pPr>
      <w:pStyle w:val="Encabezado"/>
      <w:jc w:val="center"/>
    </w:pPr>
    <w:r>
      <w:rPr>
        <w:noProof/>
      </w:rPr>
      <w:drawing>
        <wp:inline distT="0" distB="0" distL="0" distR="0" wp14:anchorId="083A58CD" wp14:editId="416D526A">
          <wp:extent cx="2559358" cy="647700"/>
          <wp:effectExtent l="0" t="0" r="0" b="0"/>
          <wp:docPr id="782994900" name="Imagen 2" descr="Form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2994900" name="Imagen 2" descr="Forma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64333" cy="64895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828126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179459B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3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4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5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6D00D97"/>
    <w:multiLevelType w:val="hybridMultilevel"/>
    <w:tmpl w:val="3B64F8C6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D5B7EE5"/>
    <w:multiLevelType w:val="hybridMultilevel"/>
    <w:tmpl w:val="DDA22DD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D1673E"/>
    <w:multiLevelType w:val="hybridMultilevel"/>
    <w:tmpl w:val="0052C1D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6A4681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1DCE136C"/>
    <w:multiLevelType w:val="hybridMultilevel"/>
    <w:tmpl w:val="A442FA8E"/>
    <w:lvl w:ilvl="0" w:tplc="25F47F48">
      <w:start w:val="1"/>
      <w:numFmt w:val="bullet"/>
      <w:lvlText w:val="□"/>
      <w:lvlJc w:val="left"/>
      <w:pPr>
        <w:ind w:left="720" w:hanging="360"/>
      </w:pPr>
      <w:rPr>
        <w:rFonts w:ascii="Aptos" w:hAnsi="Apto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057319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20AE695A"/>
    <w:multiLevelType w:val="hybridMultilevel"/>
    <w:tmpl w:val="CFDCAF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F4E199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454C3BB7"/>
    <w:multiLevelType w:val="hybridMultilevel"/>
    <w:tmpl w:val="56767F16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B57A54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48D37F6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48EFD49F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4E320DD9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505778D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 w15:restartNumberingAfterBreak="0">
    <w:nsid w:val="52F9537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 w15:restartNumberingAfterBreak="0">
    <w:nsid w:val="783193E5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388451717">
    <w:abstractNumId w:val="10"/>
  </w:num>
  <w:num w:numId="2" w16cid:durableId="344476074">
    <w:abstractNumId w:val="8"/>
  </w:num>
  <w:num w:numId="3" w16cid:durableId="928999532">
    <w:abstractNumId w:val="7"/>
  </w:num>
  <w:num w:numId="4" w16cid:durableId="1956666973">
    <w:abstractNumId w:val="6"/>
  </w:num>
  <w:num w:numId="5" w16cid:durableId="1573276533">
    <w:abstractNumId w:val="9"/>
  </w:num>
  <w:num w:numId="6" w16cid:durableId="657348085">
    <w:abstractNumId w:val="5"/>
  </w:num>
  <w:num w:numId="7" w16cid:durableId="2140873181">
    <w:abstractNumId w:val="4"/>
  </w:num>
  <w:num w:numId="8" w16cid:durableId="1575436435">
    <w:abstractNumId w:val="3"/>
  </w:num>
  <w:num w:numId="9" w16cid:durableId="1813055180">
    <w:abstractNumId w:val="2"/>
  </w:num>
  <w:num w:numId="10" w16cid:durableId="688990169">
    <w:abstractNumId w:val="13"/>
  </w:num>
  <w:num w:numId="11" w16cid:durableId="1285886867">
    <w:abstractNumId w:val="17"/>
  </w:num>
  <w:num w:numId="12" w16cid:durableId="510217928">
    <w:abstractNumId w:val="12"/>
  </w:num>
  <w:num w:numId="13" w16cid:durableId="932739635">
    <w:abstractNumId w:val="22"/>
  </w:num>
  <w:num w:numId="14" w16cid:durableId="1071586932">
    <w:abstractNumId w:val="25"/>
  </w:num>
  <w:num w:numId="15" w16cid:durableId="485979184">
    <w:abstractNumId w:val="16"/>
  </w:num>
  <w:num w:numId="16" w16cid:durableId="1940016380">
    <w:abstractNumId w:val="0"/>
  </w:num>
  <w:num w:numId="17" w16cid:durableId="2072581002">
    <w:abstractNumId w:val="1"/>
  </w:num>
  <w:num w:numId="18" w16cid:durableId="577205785">
    <w:abstractNumId w:val="14"/>
  </w:num>
  <w:num w:numId="19" w16cid:durableId="68307553">
    <w:abstractNumId w:val="26"/>
  </w:num>
  <w:num w:numId="20" w16cid:durableId="2069113381">
    <w:abstractNumId w:val="11"/>
  </w:num>
  <w:num w:numId="21" w16cid:durableId="1175339366">
    <w:abstractNumId w:val="15"/>
  </w:num>
  <w:num w:numId="22" w16cid:durableId="321398811">
    <w:abstractNumId w:val="23"/>
  </w:num>
  <w:num w:numId="23" w16cid:durableId="381637793">
    <w:abstractNumId w:val="18"/>
  </w:num>
  <w:num w:numId="24" w16cid:durableId="1005982891">
    <w:abstractNumId w:val="19"/>
  </w:num>
  <w:num w:numId="25" w16cid:durableId="365447268">
    <w:abstractNumId w:val="24"/>
  </w:num>
  <w:num w:numId="26" w16cid:durableId="526213661">
    <w:abstractNumId w:val="20"/>
  </w:num>
  <w:num w:numId="27" w16cid:durableId="83179499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1568D"/>
    <w:rsid w:val="00034616"/>
    <w:rsid w:val="00057B5A"/>
    <w:rsid w:val="0006063C"/>
    <w:rsid w:val="000905E1"/>
    <w:rsid w:val="000C7645"/>
    <w:rsid w:val="000D0B90"/>
    <w:rsid w:val="000F4B4B"/>
    <w:rsid w:val="00116A8E"/>
    <w:rsid w:val="00145FA7"/>
    <w:rsid w:val="0015074B"/>
    <w:rsid w:val="001735E3"/>
    <w:rsid w:val="00186090"/>
    <w:rsid w:val="0019527C"/>
    <w:rsid w:val="001D22F5"/>
    <w:rsid w:val="00223A3A"/>
    <w:rsid w:val="002573DE"/>
    <w:rsid w:val="0029639D"/>
    <w:rsid w:val="002C4A1E"/>
    <w:rsid w:val="002C6FF0"/>
    <w:rsid w:val="002E48A4"/>
    <w:rsid w:val="002E5B0E"/>
    <w:rsid w:val="00311BB9"/>
    <w:rsid w:val="00326F90"/>
    <w:rsid w:val="00356B04"/>
    <w:rsid w:val="0036096B"/>
    <w:rsid w:val="00383993"/>
    <w:rsid w:val="003A4D7B"/>
    <w:rsid w:val="003C4F3E"/>
    <w:rsid w:val="00443A57"/>
    <w:rsid w:val="00444FD2"/>
    <w:rsid w:val="004915CF"/>
    <w:rsid w:val="004C3143"/>
    <w:rsid w:val="004C3868"/>
    <w:rsid w:val="00500117"/>
    <w:rsid w:val="0054590F"/>
    <w:rsid w:val="005C272F"/>
    <w:rsid w:val="005C6EEB"/>
    <w:rsid w:val="005F177E"/>
    <w:rsid w:val="00607BD4"/>
    <w:rsid w:val="00654C9F"/>
    <w:rsid w:val="00655C25"/>
    <w:rsid w:val="006D1573"/>
    <w:rsid w:val="006F2ACA"/>
    <w:rsid w:val="00700DC1"/>
    <w:rsid w:val="00735286"/>
    <w:rsid w:val="007A537F"/>
    <w:rsid w:val="007C2790"/>
    <w:rsid w:val="007E7A25"/>
    <w:rsid w:val="00857FC7"/>
    <w:rsid w:val="00867108"/>
    <w:rsid w:val="00891F37"/>
    <w:rsid w:val="008A6B11"/>
    <w:rsid w:val="008E1A59"/>
    <w:rsid w:val="00975145"/>
    <w:rsid w:val="009B57EB"/>
    <w:rsid w:val="00A56D57"/>
    <w:rsid w:val="00AA0962"/>
    <w:rsid w:val="00AA1D8D"/>
    <w:rsid w:val="00AE0A8C"/>
    <w:rsid w:val="00AE16B5"/>
    <w:rsid w:val="00AE5500"/>
    <w:rsid w:val="00B306EE"/>
    <w:rsid w:val="00B32D66"/>
    <w:rsid w:val="00B47730"/>
    <w:rsid w:val="00B74F87"/>
    <w:rsid w:val="00C1618F"/>
    <w:rsid w:val="00CA74A6"/>
    <w:rsid w:val="00CB0664"/>
    <w:rsid w:val="00CE6ACA"/>
    <w:rsid w:val="00CF1F3A"/>
    <w:rsid w:val="00D01B68"/>
    <w:rsid w:val="00D83A92"/>
    <w:rsid w:val="00DD3584"/>
    <w:rsid w:val="00DD6336"/>
    <w:rsid w:val="00E15B17"/>
    <w:rsid w:val="00E5573F"/>
    <w:rsid w:val="00E63151"/>
    <w:rsid w:val="00EA171D"/>
    <w:rsid w:val="00EA53C7"/>
    <w:rsid w:val="00EA6D39"/>
    <w:rsid w:val="00EF0CC0"/>
    <w:rsid w:val="00F15640"/>
    <w:rsid w:val="00F40ED2"/>
    <w:rsid w:val="00F714B7"/>
    <w:rsid w:val="00F7606B"/>
    <w:rsid w:val="00F9509A"/>
    <w:rsid w:val="00FB61C7"/>
    <w:rsid w:val="00FC1DB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36D6143"/>
  <w14:defaultImageDpi w14:val="300"/>
  <w15:docId w15:val="{717650EF-97A2-4797-95BF-7CB6869E8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Calibri" w:hAnsi="Calibri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Default">
    <w:name w:val="Default"/>
    <w:rsid w:val="002C6FF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539</Words>
  <Characters>2970</Characters>
  <Application>Microsoft Office Word</Application>
  <DocSecurity>0</DocSecurity>
  <Lines>24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3502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Mariano Carrillo Acosta</cp:lastModifiedBy>
  <cp:revision>7</cp:revision>
  <cp:lastPrinted>2025-10-06T06:51:00Z</cp:lastPrinted>
  <dcterms:created xsi:type="dcterms:W3CDTF">2025-10-06T06:51:00Z</dcterms:created>
  <dcterms:modified xsi:type="dcterms:W3CDTF">2025-10-28T08:04:00Z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f35683fb-d3ae-454c-b536-511042fcdd75</vt:lpwstr>
  </property>
</Properties>
</file>